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סקירת יחידות לשון -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דיבר, פעלים וצירופים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מאזכרים, סימני פיסוק ומבנה של טיעון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ניב ומה כוללת תעודת זהות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ניב הוא ביטוי שמשמעותו שונה מהמילים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בסמיכות הסדר קבוע - המילה הנסמכת לפני הסומך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נמנעים מחזרה על אותו שם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טיעון חזק צריך גם נימוקים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פסיק במקום הלא נכון משנה את ההבנה של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שמראה פעולה או מצב ומשתנה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שמציינת אדם, חיה, דבר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(שתי מילים שהראשונה תלויה בשנייה)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שמחליפה שם שכבר הוזכר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(ביטוי קבוע שמשמעותו שונה מהמילים שבו)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(מידע על מטרת הטקסט, הכותב והקהל)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ילקוט בית הספר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פיסוק עוזר להבין נכון את המשפט ולמנוע בלבול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טענה ברורה, נימוק שתומך בה ודוגמה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נכון של המשמעות ודוגמה למצב שימוש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ושם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שמחליפה שם שהוזכר, כמו הוא, זה,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 (וסיכום)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לימוד מספר יחידות באתר, לא רק יחידה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לבדוק יחד בכיתה את חלק ההתאמה לפני המעבר לכתיבה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סקירת יחידות לשון -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הלשון יש תשע יחידות שעוסקות בנושאים שונים בעברית - מחלקי דיבר ועד סוגי טקסטים. דף זה מסכם רעיונות מרכזיים מכל היחידות.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חלק דיבר היא המילה 'רץ' במשפט 'הילד רץ 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זמן נטוי הפועל 'כתבנו'?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הצירוף 'ספר הלימוד'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ותואר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ותואר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'דני ראה את רונית והיא חייכה אליו' המילה 'היא'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פיסוק מסמן סוף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החלק שמביא דוגמה התומכת בטענה בטיעון 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'לב זהב' הוא ניב שמתאר אדם טוב 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 אפשר להחליף את סדר המילים באופן חופשי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שמחליפה שם שהוזכר כבר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טיעוני מספיקה רק טענה בלי נימוקים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פיסוק יכול לשנות את משמעות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הוא ה__________ של המשפט, כי הוא מראה פעולה, זמן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של שתי מילים שבו המילה הראשונה תלויה בשנייה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כמו 'הוא' או 'זה' שמחליפה שם שהוזכר כבר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בכתיבת טיעון יש להביא טענה, __________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תעודת זהות לטקסט בודקת מי כתב, למי כתב ו__________ 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מידע על מטרת הטקסט, הכותב והקהל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מילים שהראשונה תלויה בשנייה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שמציינת אדם, חיה, דבר או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שמראה פעולה או מצב ומשתנה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שמחליפה שם שכבר הוזכר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תעודת זהות לטקסט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ביטוי קבוע שמשמעותו שונה מהמילים שבו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סמיכות אחת, וסמנו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לשים לב לסימני פיסוק בכתיבה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(3-4 משפטים) עם טענה, נימוק אחד ודוגמה, בנושא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ניב אחד והסבירו מה משמעותו ומתי אפשר להשתמש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הצירופים שלמדנו - סמיכות ו...?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למאזכר במשפט קצר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בטיעון כתוב?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סקירת יחידות לשון - חלקי דיבר, פועל, צירופים, מאזכרים, פיסוק, טיעון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