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פעלים וצירופים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מאזכרים, סימני פיסוק ומבנה של טיעון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ניב ומה כוללת תעודת זהות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ניב הוא ביטוי שמשמעותו שונה מהמילים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בסמיכות הסדר קבוע - המילה הנסמכת לפני הסומך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נמנעים מחזרה על אותו שם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טיעון חזק צריך גם נימוקים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פסיק במקום הלא נכון משנה את ההבנה של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שמראה פעולה או מצב ומשתנה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(שתי מילים שהראשונה תלויה בשנייה)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(מילה שמחליפה שם שכבר הוזכר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(ביטוי קבוע שמשמעותו שונה מהמילים שבו)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(מידע על מטרת הטקסט, הכותב והקהל)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ילקוט בית הספר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פיסוק עוזר להבין נכון את המשפט ולמנוע בלבול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טענה ברורה, נימוק שתומך בה ודוגמה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נכון של המשמעות ודוגמה למצב שימוש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ושם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שמחליפה שם שהוזכר, כמו הוא, זה,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לימוד מספר יחידות באתר, לא רק יחידה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יחד בכיתה את חלק ההתאמה לפני המעבר לכתיבה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סקירת יחידות לשון -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נושאים בעברית. בדף הזה יש שאלות קטנות מכל נושא, כדי לתרגל ולזכור.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פעולה או מצב, ומשתנה לפי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שהראשונה תלויה במשמעות בשנייה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שהוזכר כבר בטקסט, כמו הוא או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שמשמעותו שונה מהמילים הבודדות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שמנסה לשכנע, עם טענה ונימוקים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לטקסט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על מי כתב את הטקסט, למי ולמה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כתוב כמו פסיק או נקודה שמסדר את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'רץ' - שם, פועל או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קרה 'כתבנו' - עבר, הווה או 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'ספר הלימוד' זה סמיכות או שם ותואר?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ותואר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ותואר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'היא' מחליפה מי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שמים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לחלק שמביא דוגמה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'לב זהב' הוא ניב שמתאר אדם טוב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אפשר להחליף את סדר המילים באופן חופשי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שם שהוזכר כבר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מספיקה רק טענה בלי נימוקים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יכול לשנות את משמעות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הוא ה__________ של המשפט, כי הוא מראה פעולה, זמן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שתי מילים שבו המילה הראשונה תלויה בשנייה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כמו 'הוא' או 'זה' שמחליפה שם שהוזכר כבר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בכתיבת טיעון יש להביא טענה, __________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תעודת זהות לטקסט בודקת מי כתב, למי כתב ו__________ 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שתי מילים שהראשונה תלויה בשנייה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שמראה פעולה או מצב ומשתנה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קבוע שמשמעותו שונה מהמילים שבו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על מטרת הטקסט, הכותב והקהל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דבר או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תעודת זהות לטקסט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מילה שמחליפה שם שכבר הוזכר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סמיכות אחת, וסמנו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לשים לב לסימני פיסוק בכתיבה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עם טענה, נימוק אחד ודוגמה, בנושא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ניב אחד והסבירו מה משמעותו ומתי אפשר להשתמש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הצירופים שלמדנו - סמיכות ו...?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למאזכר במשפט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בטיעון כתוב?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סקירת יחידות לשון -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