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סקירת יחידות לשון -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דיבר, פעלים וצירופים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מאזכרים, סימני פיסוק ומבנה של טיעון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ניב ומה כוללת תעודת זהות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ניב הוא ביטוי שמשמעותו שונה מהמילים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נמנעים מחזרה על אותו שם שוב ושוב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(מילה שמראה פעולה או מצב ומשתנה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(מילה שמציינת אדם, חיה, דבר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(שתי מילים שהראשונה תלויה בשנייה)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שמחליפה שם שכבר הוזכר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ילקוט בית הספר 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ושם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שמחליפה שם שהוזכר, כמו הוא, זה,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 (וסיכום)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לימוד מספר יחידות באתר, לא רק יחידה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לבדוק יחד בכיתה את חלק ההתאמה לפני המעבר לכתיבה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סקירת יחידות לשון -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הלשון יש תשע יחידות שעוסקות בנושאים שונים בעברית - מחלקי דיבר ועד סוגי טקסטים. דף זה מסכם רעיונות מרכזיים מכל היחידות.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מאזכר  ·  מנוע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חלק דיבר היא המילה 'רץ' במשפט 'הילד רץ 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זמן נטוי הפועל 'כתבנו'?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'לב זהב' הוא ניב שמתאר אדם טוב 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מאזכר הוא מילה שמחליפה שם שהוזכר כבר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הוא ה__________ של המשפט, כי הוא מראה פעולה, זמן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כמו 'הוא' או 'זה' שמחליפה שם שהוזכר כבר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שתי מילים שהראשונה תלויה בשנייה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שמציינת אדם, חיה, דבר או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שמחליפה שם שכבר הוזכר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מאזכר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שמראה פעולה או מצב ומשתנה בזמן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סמיכות אחת, וסמנו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סוגי הצירופים שלמדנו - סמיכות ו...?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למאזכר במשפט קצר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סקירת יחידות לשון - חלקי דיבר, פועל, צירופים, מאזכרים, פיסוק, טיעון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